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לשון בסבב (מערך שיעור ה׳–ו׳)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השיעור עם תחנות המרכזונים ואת לוח הזמנים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תפקידי התלמידים בתחנה ואת תפקידם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לוח סבב וסידור שלבי השיעור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כרטיס הכללים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מה-5-7 דקות האחרונות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תפקידים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(קורא את כרטיס הכללים ודואג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(עוקב אחרי הטיימר ומודיע כשנשארו 2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(מחזיק את פס הבדיקה העצמית ובודק בסוף 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(מחזיר את הכרטיסים למעטפה לפי המספור)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חידה ומיני-שיעור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על לוח הסבב וחלוקת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 סבבים של 9 דקות בתחנות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צלצול ״קפאו״ והחזרת המעטפות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תפקיד (למשל שומר זמן) ומתאר/ת נכון את התפקיד שלו לפי כרטיסי התפקידים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9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בודק/ת מחזיק/ה את פס הבדיקה העצמית ובודק/ת בסוף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לנושא שנלמד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הסבב על הלוח לפני תחילת הפעילות כדי שהתלמידים יבינו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חלוקת התפקידים פעם אחת במליאה לפני הסבב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מומלץ להשמיט את הפריטים המסומנים כקשים ולהתמקד בזיהוי תפקידים ולוח זמנים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לשון בסבב (מערך שיעור ה׳–ו׳)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התלמידים עובדים בקבוצות קטנות ועוברים בין תחנות למידה (מרכזונים) בלוח ולשון, כשכל תחנה מתמקדת במיומנות שונה כמו אוצר מילים, שורשים, זמנים וגופים, קריאה, כתיבה והקשבה.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9  ·  רואה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דקות אורך כל סבב בתחנות?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תחנות מרכזונים פעילות בדרך כלל בכל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כרטיס קוראים ראשון כשמגיעים לתחנה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הכללים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תפקידים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תפקיד של שומר/ת זמן שמזכיר כשנשארו 2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בסיום השיעור כל קבוצה ממלאת כרטיס יציאה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תפקידים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עוקב אחרי הטיימר ומודיע כשנשארו 2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מחזיק את פס הבדיקה העצמית ובודק בסוף כל סבב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מחזיר את הכרטיסים למעטפה לפי המספור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קורא את כרטיס הכללים ודואג שכולם משתתפים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בפתיחת השיעור פותחים בחידה: ״יש לי עין אבל אני לא 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סבב בתחנות אורך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הסבר על לוח הסבב וחלוקת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שלושה סבבים של 9 דקות בתחנות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צלצול ״קפאו״ והחזרת המעטפות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עם חידה ומיני-שיעור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תפקיד אחד מתפקידי התחנה ותארו מה צריך לעשות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אורך כל סבב בתחנות המרכזונים?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ה״בודק/ת״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הפעלת מרכזוני לשון בסבב (מערך שיעור ה׳–ו׳)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