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לשון בסבב (מערך שיעור ה׳–ו׳)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השיעור עם תחנות המרכזונים ואת לוח הזמנים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תפקידי התלמידים בתחנה ואת תפקידם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לוח סבב וסידור שלבי השיעור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עורכים בדיקה עצמית ומסדרים את המעטפה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צלצול או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הקבוצות הטרוגניות, כלומר יש בהן תלמידים ברמות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מה-5-7 דקות האחרונות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עובדים עם מבוגר או חונך בפינה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שבכל שיעור ממשיכים מהתחנה הבאה בלוח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תפקידים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 את כרטיס הכללים ודואג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(עוקב אחרי הטיימר ומודיע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(מחזיק את פס הבדיקה העצמית ובודק בסוף 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(מחזיר את הכרטיסים למעטפה לפי המספור)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(מספר לכיתה מה למדנו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חידה ומיני-שיעור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על לוח הסבב וחלוקת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סבבים של 9 דקות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צלצול ״קפאו״ והחזרת המעטפות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סבב ״מילה אחת שלמדתי״ ומילוי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תפקיד (למשל שומר זמן) ומתאר/ת נכון את התפקיד שלו לפי 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יצירתי ורלוונטי ללשון (אוצר מילים, שורשים, כתיבה וכדומה) עם נימוק 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9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בודק/ת מחזיק/ה את פס הבדיקה העצמית ובודק/ת בסוף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לנושא שנלמד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הסבב על הלוח לפני תחילת הפעילות כדי שהתלמידים יבינו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חלוקת התפקידים פעם אחת במליאה לפני הסבב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מומלץ להשמיט את הפריטים המסומנים כקשים ולהתמקד בזיהוי תפקידים ולוח זמנים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לשון בסבב (מערך שיעור ה׳–ו׳)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ילדים עובדים בקבוצות קטנות. הם עוברים בין תחנות עם משחקים שונים בלשון עברית. בכל תחנה לומדים דבר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למידה קטנה עם משחק בנושא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המעבר המתוזמן בין התחנות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הקבוצה עובדת עם כרטיסים או 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שממלאים בסוף השיעור כדי לסכם מה למדו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 בדיקה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לבדוק לבד אם העבודה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שגריר/ה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שמספר לכיתה מה למדו בתחנה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הטרוגניות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שיש בה תלמידים ברמות שונות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יש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יש בשיעור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7-8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בסוף כל 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לשחק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עורכים בדיקה עצמית ומסדרים את המעטפה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 מיד לתחנה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קוראים קודם בתחנה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הכללים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 הבדיקה העצמית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יודעים מתי לעבור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מעורר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צלצול או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קוראת בשם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ילדים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בסבב המרכזונים הן הומוגניות, כלומר כולן באותה רמה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תפקיד של שומר/ת זמן שמזכיר כשנשארו 2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השיעור כל קבוצה ממלאת כרטיס יציאה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 חנ"מ עובדים לגמרי לבד בלי עזרה מאף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כשבועיים כל קבוצה עוברת בכל המרכזונים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תפקידים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לכיתה מה למדנו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מחזיר את הכרטיסים למעטפה לפי המספור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 את כרטיס הכללים ודואג שכולם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עוקב אחרי הטיימר ומודיע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מחזיק את פס הבדיקה העצמית ובודק בסוף כל סבב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פותחים בחידה: ״יש לי עין אבל אני לא 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סבב בתחנות אורך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כל סבב, כל תלמיד/ה עוזר/ת לסדר את ה__________ לפי המספור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השיעור כל קבוצה משתפת במילה אחת ש__________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סבבים של 9 דקות בתחנות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חידה ומיני-שיעור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על לוח הסבב וחלוקת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״מילה אחת שלמדתי״ ומילוי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צלצול ״קפאו״ והחזרת המעטפות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תפקיד אחד מתפקידי התחנה ותארו מה צריך לעשות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רעיון לתחנת מרכזון חדשה שהייתם רוצים להוסיף ללוח הסבב,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אורך כל סבב בתחנות המרכזונים?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ה״בודק/ת״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מילה אחת שהייתם כותבים בכרטיס היציאה שלכם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הפעלת מרכזוני לשון בסבב (מערך שיעור ה׳–ו׳)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