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עם תחנות המרכזונים ואת לוח הזמנים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תפקידי התלמידים בתחנה ואת תפקידם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סבב וסידור שלבי השיעור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עורכים בדיקה עצמית ומסדרים את המעטפה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צלצול או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הקבוצות הטרוגניות, כלומר יש בהן תלמידים ברמות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מה-5-7 דקות האחרונות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עובדים עם מבוגר או חונך בפינה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שבכל שיעור ממשיכים מהתחנה הבאה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תפקידים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(עוקב אחרי הטיימר ומודיע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(מחזיק את פס הבדיקה העצמית ובודק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(מחזיר את הכרטיסים למעטפה לפי המספור)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(מספר לכיתה מה למדנו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חידה ומיני-שיעור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על לוח הסבב וחלוקת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סבבים של 9 דקות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צלצול ״קפאו״ והחזרת המעטפות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סבב ״מילה אחת שלמדתי״ ומילוי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 (למשל שומר זמן) ומתאר/ת נכון את התפקיד שלו לפי 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ורלוונטי ללשון (אוצר מילים, שורשים, כתיבה וכדומה) עם נימוק 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מחזיק/ה את פס הבדיקה העצמית ובודק/ת בסוף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לנושא שנלמד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הסבב על הלוח לפני תחילת הפעילות כדי שהתלמידים יבינו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חלוקת התפקידים פעם אחת במליאה לפני הסבב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מומלץ להשמיט את הפריטים המסומנים כקשים ולהתמקד בזיהוי תפקידים ולוח זמנים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התלמידים עובדים בקבוצות קטנות ועוברים בין תחנות למידה (מרכזונים) בלוח ולשון, כשכל תחנה מתמקדת במיומנות שונה כמו אוצר מילים, שורשים, זמנים וגופים, קריאה, כתיבה והקשבה.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אורך כל סבב בתחנות?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מרכזונים פעילות בדרך כלל בכל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7-8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ב-2 הדקות האחרונות של כל 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בדיקה עצמית ומסדרים את המעטפה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מיד לתחנה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כרטיס קוראים ראשון כשמגיעים לתחנה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הכללים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 הבדיקה העצמית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מסמן לקבוצות שצריך לעבור לתחנה הבאה?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מעורר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צלצול או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קוראת בשם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תלמידים יש בכל קבוצה בסבב המרכזונים?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בסבב המרכזונים הן הומוגניות, כלומר כולן באותה רמה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תפקיד של שומר/ת זמן שמזכיר כשנשארו 2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השיעור כל קבוצה ממלאת כרטיס יציאה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 חנ"מ עובדים לגמרי לבד בלי עזרה מאף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כשבועיים כל קבוצה עוברת בכל המרכזונים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תפקידים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מחזיק את פס הבדיקה העצמית ובודק בסוף 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לכיתה מה למדנו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מחזיר את הכרטיסים למעטפה לפי המספור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 את כרטיס הכללים ודואג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עוקב אחרי הטיימר ומודיע כשנשארו 2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פותחים בחידה: ״יש לי עין אבל אני לא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סבב בתחנות אורך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כל סבב, כל תלמיד/ה עוזר/ת לסדר את ה__________ לפי המספור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השיעור כל קבוצה משתפת במילה אחת ש__________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לוח הסבב וחלוקת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״מילה אחת שלמדתי״ ומילוי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צלצול ״קפאו״ והחזרת המעטפות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חידה ומיני-שיעור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סבבים של 9 דקות בתחנות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מתפקידי התחנה ותארו מה צריך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לתחנת מרכזון חדשה שהייתם רוצים להוסיף ללוח הסבב,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אורך כל סבב בתחנות המרכזונים?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ה״בודק/ת״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מילה אחת שהייתם כותבים בכרטיס היציאה שלכם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לשון בסבב (מערך שיעור ה׳–ו׳)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